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להיסטוריה,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בלימוד ההיסטוריה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ומדוע מתחילה תקופת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עובדות בסיסיות על ראשית הנצרות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היסטוריה עוסקת בעבר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דוגמאות למקורות היסטוריים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תקופה הקשורה בעיקר לאירופה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ימי הביניים באו אחרי העת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מספרים מקורות הנצרות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הייתה תקופת שיאה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לא נכון – הכנסייה השפיעה רבות על חיי היומיום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נכון – כך מספרת המסורת הנוצרית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לא נכון – היו דתות שונות גם אז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נכון – זו שיטת העבודה המרכזית בהיסטוריה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לימוד העבר של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עדות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האימפריה הרומית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מוסד דתי בעל השפעה רבה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צליבה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אימפריה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(לימוד 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(תקופה באירופה)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(דת שהחלה מישו)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(עדות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(מוסד דתי מרכזי)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העת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האימפריה הרומית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ראשית הנצרות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ימי הביניים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הסבר על הבנת ההווה דרך העבר ודוגמה רלוונטית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לימוד העבר של 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בין העת העתיקה לעת החדשה באירופה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מישו, לפי המסורת הנוצרית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הנכון/לא נכון כמשחק תחרותי בזמן מוגבל, בדומה למשחק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המושגים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להיסטוריה,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מרכזיים בהיסטוריה, את תקופת ימי הביניים ואת תחילתה של הדת הנוצרית, בדומה למשפטי נכון/לא נכון שבמשחק.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היסטוריה היא לימוד העתיד של האנושות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היסטורי יכול להיות מסמך עתיק או חפץ שנמצא בחפירה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 הם תקופה שהתרחשה באירופה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 קדמו לעת העתיקה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הנצרות היא דת שמקורה בתורתו של ישו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האימפריה הרומית הייתה קיימת בעת העתיקה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הכנסייה שימשה מוסד דתי בלבד ולא השפיעה על חיי היומיום בימי הביניים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8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המסורת הנוצרית, ישו נצלב למוות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9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האנשים בימי הביניים האמינו באותה דת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היסטוריונים משתמשים במקורות כדי לשחזר את העבר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היסטוריה?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לימוד 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לימוד העבר של בני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לימוד הטבע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לימוד השפות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יבשת התרחשו בעיקר 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נחשב למייסד הנצרות לפי המסורת?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קיסר רומי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מלך אירופי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מקור היסטורי?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עדות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חיזוי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מודרני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אימפריה הייתה קיימת לפני 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האימפריה הרומית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האימפריה הבריטית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האימפריה העות'מאנית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האימפריה היפנית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תפקידה המרכזי של הכנסייה בימי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מוסד דתי בעל השפעה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מפעל תעשייתי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 לחקלאות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ארגון ספורט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לימוד העבר של 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תקופת __________ התרחשה באירופה בין העת העתיקה לעת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הנצרות היא דת שהחלה מתורתו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מסמך עתיק או חפץ מהעבר נקרא __________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לפי המסורת הנוצרית, ישו מת באמצעות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הרומית הייתה קיימת בעת העתיקה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היסטוריה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תקופה באירופה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ימי הביניים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עדות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נצרות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מוסד דתי מרכזי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מקור היסטורי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לימוד 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כנסייה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דת שהחלה מישו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ראשית הנצרות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האימפריה הרומית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העת העתיקה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חשוב ללמוד היסטוריה, והביאו דוגמה אחת לכך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היסטוריה?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התרחשו ימי הביניים?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ממי החלה הנצרות?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להיסטוריה, ימי הביניים והנצרות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