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ומדוע מתחילה תקופת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בסיסיות על ראשית הנצרות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היסטוריה עוסקת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דוגמאות למקורות 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תקופה הקשורה בעיקר לאירופה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ימי הביניים באו אחרי העת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מספרים מקורות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הייתה תקופת שיאה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הכנסייה השפיעה רבות על 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נכון – כך מספרת המסורת הנוצרית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לא נכון – היו דתות שונות גם 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נכון – זו שיטת העבודה המרכזית בהיסטוריה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לימוד העבר של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עדות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מוסד דתי בעל השפעה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צליבה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אימפריה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(לימוד 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(תקופה באירופה)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(דת שהחלה מישו)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(עדות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(מוסד דתי מרכזי)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העת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ראשית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הסבר על הבנת ההווה דרך העבר ודוגמה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בין העת העתיקה לעת החדשה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מישו, לפי המסורת הנוצרית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הנכון/לא נכון כמשחק תחרותי בזמן מוגבל, בדומה למשחק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המושגים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בהיסטוריה, על תקופת ימי הביניים ועל תחילת הדת הנוצרית.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היסטוריה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העבר של בני האדם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היסטורי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עדות מהעבר, כמו מסמך או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ימי הביניים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באירופה בין העת העתיקה לעת החדשה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דת שהחלה מתורתו של ישו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האימפריה הרומית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ממלכה גדולה בעת העתיקה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מוסד דתי מרכזי בנצרות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צליבה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עונש מוות רומי, לפי המסורת כך מת ישו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הדבקות ברעיון 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היסטוריה היא לימוד העתיד של האנושות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היסטורי יכול להיות מסמך עתיק או חפץ שנמצא בחפירה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הם תקופה שהתרחשה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קדמו לעת העתיקה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היא דת שמקורה בתורתו של ישו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 הייתה קיימת בעת העתיקה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הכנסייה שימשה מוסד דתי בלבד ולא השפיעה על חיי היומיום בימי הביניים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 הנוצרית, ישו נצלב למוות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9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בימי הביניים האמינו באותה דת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היסטוריונים משתמשים במקורות כדי לשחזר את 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לימוד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לימוד העבר של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לימוד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 השפות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היו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התחיל את הנצרות?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 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אירופי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עדות מהעבר?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עדות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חיזוי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ממלכה הייתה לפני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האימפריה הבריטית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האימפריה היפנית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עשתה הכנסייה?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מוסד דתי בעל השפעה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מפעל תעשייתי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תקופת __________ התרחשה באירופה בין העת העתיקה לעת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הנצרות היא דת שהחלה מתורתו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מסמך עתיק או חפץ מהעבר נקרא __________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המסורת הנוצרית, ישו מת באמצעות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הרומית הייתה קיימת בעת העתיקה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דת שהחלה מישו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ימי הביניים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עדות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נצרות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לימוד 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מוסד דתי 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כנסייה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תקופה באירופה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ראשית הנצרות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העת העתיקה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ללמוד היסטוריה, והביאו דוגמה אחת לכך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היסטוריה?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התרחשו 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ממי החלה הנצרות?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להיסטוריה,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