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ומדוע מתחילה תקופת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בסיסיות על ראשית הנצרות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היסטוריה עוסקת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דוגמאות למקורות 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תקופה הקשורה בעיקר לאירופה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מספרים מקורות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הייתה תקופת שיאה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לימוד העבר של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(לימוד 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(תקופה באירופה)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(דת שהחלה מישו)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(עדות מהעבר)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העת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ראשית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ימי הביניים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הסבר על הבנת ההווה דרך העבר ודוגמה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בין העת העתיקה לעת החדשה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מישו, לפי המסורת הנוצרית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הנכון/לא נכון כמשחק תחרותי בזמן מוגבל, בדומה למשחק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המושגים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להיסטוריה,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מרכזיים בהיסטוריה, את תקופת ימי הביניים ואת תחילתה של הדת הנוצרית, בדומה למשפטי נכון/לא נכון שבמשחק.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ישו  ·  ימי הביניים  ·  מקור  ·  היסטוריה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היסטוריה היא לימוד העתיד של האנושות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 היסטורי יכול להיות מסמך עתיק או חפץ שנמצא בחפירה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ימי הביניים הם תקופה שהתרחשה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הנצרות היא דת שמקורה בתורתו של ישו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האימפריה הרומית הייתה קיימת בעת העתיקה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לימוד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לימוד העבר של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לימוד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יבשת התרחשו בעיקר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נחשב למייסד הנצרות לפי המסורת?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קיסר 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מלך אירופי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היא לימוד העבר של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תקופת __________ התרחשה באירופה בין העת העתיקה לעת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הנצרות היא דת שהחלה מתורתו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מסמך עתיק או חפץ מהעבר נקרא __________ היסטורי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תקופה באירופה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ימי הביניים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עדות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נצרות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לימוד 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מקור 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דת שהחלה מישו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העת העתיקה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האימפריה הרומית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ראשית הנצרות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חשוב ללמוד היסטוריה, והביאו דוגמה אחת לכך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היסטוריה?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התרחשו 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להיסטוריה,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